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F60B5" w14:textId="227ECF1F" w:rsidR="00C14373" w:rsidRPr="008500E4" w:rsidRDefault="00C14373" w:rsidP="00AD6988">
      <w:pPr>
        <w:spacing w:before="80" w:after="40"/>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 xml:space="preserve">Bu form, </w:t>
      </w:r>
      <w:r w:rsidR="00AD6988" w:rsidRPr="008500E4">
        <w:rPr>
          <w:rFonts w:ascii="Times New Roman" w:hAnsi="Times New Roman" w:cs="Times New Roman"/>
          <w:sz w:val="20"/>
          <w:szCs w:val="20"/>
          <w:lang w:val="tr-TR"/>
        </w:rPr>
        <w:t xml:space="preserve">Alanya Alaaddin Keykubat Üniversitesi </w:t>
      </w:r>
      <w:r w:rsidRPr="008500E4">
        <w:rPr>
          <w:rFonts w:ascii="Times New Roman" w:hAnsi="Times New Roman" w:cs="Times New Roman"/>
          <w:sz w:val="20"/>
          <w:szCs w:val="20"/>
          <w:lang w:val="tr-TR"/>
        </w:rPr>
        <w:t>lisansüstü öğrencilerinin danışman tercihlerini bildirmeleri ve danışman görevlendirme sürecinde dikkate alınacak bilgilerin belirlenmesi amacıyla hazırlanmıştır.</w:t>
      </w:r>
    </w:p>
    <w:p w14:paraId="649E0640" w14:textId="77777777" w:rsidR="00C14373" w:rsidRPr="008500E4" w:rsidRDefault="00C14373" w:rsidP="00AD6988">
      <w:pPr>
        <w:spacing w:before="80" w:after="40"/>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1. ÖĞRENCİ BİLGİLERİ</w:t>
      </w:r>
    </w:p>
    <w:tbl>
      <w:tblPr>
        <w:tblStyle w:val="TabloKlavuzu"/>
        <w:tblW w:w="10044" w:type="dxa"/>
        <w:tblLook w:val="04A0" w:firstRow="1" w:lastRow="0" w:firstColumn="1" w:lastColumn="0" w:noHBand="0" w:noVBand="1"/>
      </w:tblPr>
      <w:tblGrid>
        <w:gridCol w:w="4957"/>
        <w:gridCol w:w="5087"/>
      </w:tblGrid>
      <w:tr w:rsidR="00C14373" w:rsidRPr="008500E4" w14:paraId="337A5E4F" w14:textId="77777777" w:rsidTr="00AD6988">
        <w:trPr>
          <w:trHeight w:val="367"/>
        </w:trPr>
        <w:tc>
          <w:tcPr>
            <w:tcW w:w="4957" w:type="dxa"/>
            <w:shd w:val="clear" w:color="auto" w:fill="C6D9F1" w:themeFill="text2" w:themeFillTint="33"/>
            <w:hideMark/>
          </w:tcPr>
          <w:p w14:paraId="1D62A0E4" w14:textId="77777777" w:rsidR="00C14373" w:rsidRPr="008500E4" w:rsidRDefault="00C14373" w:rsidP="00AD6988">
            <w:pPr>
              <w:spacing w:before="80" w:after="40" w:line="276" w:lineRule="auto"/>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Alan</w:t>
            </w:r>
          </w:p>
        </w:tc>
        <w:tc>
          <w:tcPr>
            <w:tcW w:w="5087" w:type="dxa"/>
            <w:shd w:val="clear" w:color="auto" w:fill="C6D9F1" w:themeFill="text2" w:themeFillTint="33"/>
            <w:hideMark/>
          </w:tcPr>
          <w:p w14:paraId="6BC303EC" w14:textId="77777777" w:rsidR="00C14373" w:rsidRPr="008500E4" w:rsidRDefault="00C14373" w:rsidP="00AD6988">
            <w:pPr>
              <w:spacing w:before="80" w:after="40" w:line="276" w:lineRule="auto"/>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Bilgi</w:t>
            </w:r>
          </w:p>
        </w:tc>
      </w:tr>
      <w:tr w:rsidR="00C14373" w:rsidRPr="008500E4" w14:paraId="2EFCD0F2" w14:textId="77777777" w:rsidTr="00AD6988">
        <w:trPr>
          <w:trHeight w:val="382"/>
        </w:trPr>
        <w:tc>
          <w:tcPr>
            <w:tcW w:w="4957" w:type="dxa"/>
            <w:hideMark/>
          </w:tcPr>
          <w:p w14:paraId="7880D3FD"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Adı Soyadı</w:t>
            </w:r>
          </w:p>
        </w:tc>
        <w:tc>
          <w:tcPr>
            <w:tcW w:w="5087" w:type="dxa"/>
            <w:hideMark/>
          </w:tcPr>
          <w:p w14:paraId="01518235"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r>
      <w:tr w:rsidR="00C14373" w:rsidRPr="008500E4" w14:paraId="4A204417" w14:textId="77777777" w:rsidTr="00AD6988">
        <w:trPr>
          <w:trHeight w:val="367"/>
        </w:trPr>
        <w:tc>
          <w:tcPr>
            <w:tcW w:w="4957" w:type="dxa"/>
            <w:hideMark/>
          </w:tcPr>
          <w:p w14:paraId="33E89567"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Öğrenci Numarası</w:t>
            </w:r>
          </w:p>
        </w:tc>
        <w:tc>
          <w:tcPr>
            <w:tcW w:w="5087" w:type="dxa"/>
            <w:hideMark/>
          </w:tcPr>
          <w:p w14:paraId="7CB86C50"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r>
      <w:tr w:rsidR="00C14373" w:rsidRPr="008500E4" w14:paraId="2C4DF42D" w14:textId="77777777" w:rsidTr="00AD6988">
        <w:trPr>
          <w:trHeight w:val="411"/>
        </w:trPr>
        <w:tc>
          <w:tcPr>
            <w:tcW w:w="4957" w:type="dxa"/>
            <w:hideMark/>
          </w:tcPr>
          <w:p w14:paraId="52E114B9"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Program</w:t>
            </w:r>
          </w:p>
        </w:tc>
        <w:tc>
          <w:tcPr>
            <w:tcW w:w="5087" w:type="dxa"/>
            <w:hideMark/>
          </w:tcPr>
          <w:p w14:paraId="1FE4EC67"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Segoe UI Symbol" w:hAnsi="Segoe UI Symbol" w:cs="Segoe UI Symbol"/>
                <w:sz w:val="20"/>
                <w:szCs w:val="20"/>
                <w:lang w:val="tr-TR"/>
              </w:rPr>
              <w:t>☐</w:t>
            </w:r>
            <w:r w:rsidRPr="008500E4">
              <w:rPr>
                <w:rFonts w:ascii="Times New Roman" w:hAnsi="Times New Roman" w:cs="Times New Roman"/>
                <w:sz w:val="20"/>
                <w:szCs w:val="20"/>
                <w:lang w:val="tr-TR"/>
              </w:rPr>
              <w:t xml:space="preserve"> Tezli Yüksek Lisans </w:t>
            </w:r>
            <w:r w:rsidRPr="008500E4">
              <w:rPr>
                <w:rFonts w:ascii="Segoe UI Symbol" w:hAnsi="Segoe UI Symbol" w:cs="Segoe UI Symbol"/>
                <w:sz w:val="20"/>
                <w:szCs w:val="20"/>
                <w:lang w:val="tr-TR"/>
              </w:rPr>
              <w:t>☐</w:t>
            </w:r>
            <w:r w:rsidRPr="008500E4">
              <w:rPr>
                <w:rFonts w:ascii="Times New Roman" w:hAnsi="Times New Roman" w:cs="Times New Roman"/>
                <w:sz w:val="20"/>
                <w:szCs w:val="20"/>
                <w:lang w:val="tr-TR"/>
              </w:rPr>
              <w:t xml:space="preserve"> Doktora</w:t>
            </w:r>
          </w:p>
        </w:tc>
      </w:tr>
      <w:tr w:rsidR="00C14373" w:rsidRPr="008500E4" w14:paraId="253D77A9" w14:textId="77777777" w:rsidTr="00AD6988">
        <w:trPr>
          <w:trHeight w:val="367"/>
        </w:trPr>
        <w:tc>
          <w:tcPr>
            <w:tcW w:w="4957" w:type="dxa"/>
            <w:hideMark/>
          </w:tcPr>
          <w:p w14:paraId="459D2422"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Kayıt Dönemi (Güz/Bahar – Yıl)</w:t>
            </w:r>
          </w:p>
        </w:tc>
        <w:tc>
          <w:tcPr>
            <w:tcW w:w="5087" w:type="dxa"/>
            <w:hideMark/>
          </w:tcPr>
          <w:p w14:paraId="388018A0"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r>
      <w:tr w:rsidR="00C14373" w:rsidRPr="008500E4" w14:paraId="1886087A" w14:textId="77777777" w:rsidTr="00AD6988">
        <w:trPr>
          <w:trHeight w:val="382"/>
        </w:trPr>
        <w:tc>
          <w:tcPr>
            <w:tcW w:w="4957" w:type="dxa"/>
            <w:hideMark/>
          </w:tcPr>
          <w:p w14:paraId="42245773"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Mezun Olduğu Program / Üniversite</w:t>
            </w:r>
          </w:p>
        </w:tc>
        <w:tc>
          <w:tcPr>
            <w:tcW w:w="5087" w:type="dxa"/>
            <w:hideMark/>
          </w:tcPr>
          <w:p w14:paraId="073BB471"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r>
      <w:tr w:rsidR="00C14373" w:rsidRPr="008500E4" w14:paraId="10E9F983" w14:textId="77777777" w:rsidTr="00AD6988">
        <w:trPr>
          <w:trHeight w:val="367"/>
        </w:trPr>
        <w:tc>
          <w:tcPr>
            <w:tcW w:w="4957" w:type="dxa"/>
            <w:hideMark/>
          </w:tcPr>
          <w:p w14:paraId="68FFF75A"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Varsa Yüksek Lisans Tez Konusu (Doktora öğrencileri için)</w:t>
            </w:r>
          </w:p>
        </w:tc>
        <w:tc>
          <w:tcPr>
            <w:tcW w:w="5087" w:type="dxa"/>
            <w:hideMark/>
          </w:tcPr>
          <w:p w14:paraId="3EC11907"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r>
      <w:tr w:rsidR="00C14373" w:rsidRPr="008500E4" w14:paraId="6E75DF71" w14:textId="77777777" w:rsidTr="00AD6988">
        <w:trPr>
          <w:trHeight w:val="367"/>
        </w:trPr>
        <w:tc>
          <w:tcPr>
            <w:tcW w:w="4957" w:type="dxa"/>
            <w:hideMark/>
          </w:tcPr>
          <w:p w14:paraId="7B15D381"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İlgilenilen Araştırma Alanları</w:t>
            </w:r>
          </w:p>
        </w:tc>
        <w:tc>
          <w:tcPr>
            <w:tcW w:w="5087" w:type="dxa"/>
            <w:hideMark/>
          </w:tcPr>
          <w:p w14:paraId="0F5FEF8E"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r>
      <w:tr w:rsidR="00C14373" w:rsidRPr="008500E4" w14:paraId="1BD530B3" w14:textId="77777777" w:rsidTr="00AD6988">
        <w:trPr>
          <w:trHeight w:val="367"/>
        </w:trPr>
        <w:tc>
          <w:tcPr>
            <w:tcW w:w="4957" w:type="dxa"/>
            <w:hideMark/>
          </w:tcPr>
          <w:p w14:paraId="3B09EF7B"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E-posta</w:t>
            </w:r>
          </w:p>
        </w:tc>
        <w:tc>
          <w:tcPr>
            <w:tcW w:w="5087" w:type="dxa"/>
            <w:hideMark/>
          </w:tcPr>
          <w:p w14:paraId="07351E39"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r>
      <w:tr w:rsidR="00C14373" w:rsidRPr="008500E4" w14:paraId="1320FA62" w14:textId="77777777" w:rsidTr="00AD6988">
        <w:trPr>
          <w:trHeight w:val="367"/>
        </w:trPr>
        <w:tc>
          <w:tcPr>
            <w:tcW w:w="4957" w:type="dxa"/>
            <w:hideMark/>
          </w:tcPr>
          <w:p w14:paraId="5CB9FB26"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Telefon</w:t>
            </w:r>
          </w:p>
        </w:tc>
        <w:tc>
          <w:tcPr>
            <w:tcW w:w="5087" w:type="dxa"/>
            <w:hideMark/>
          </w:tcPr>
          <w:p w14:paraId="65E4BC84"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r>
    </w:tbl>
    <w:p w14:paraId="733240B0" w14:textId="77777777" w:rsidR="00C14373" w:rsidRPr="008500E4" w:rsidRDefault="00C14373" w:rsidP="00AD6988">
      <w:pPr>
        <w:spacing w:before="80" w:after="40"/>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2. DANIŞMAN TERCİHLERİ</w:t>
      </w:r>
    </w:p>
    <w:p w14:paraId="69E89DE4" w14:textId="77777777" w:rsidR="00C14373" w:rsidRPr="008500E4" w:rsidRDefault="00C14373" w:rsidP="00AD6988">
      <w:pPr>
        <w:spacing w:before="80" w:after="40"/>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Öğrenciler, en fazla üç öğretim üyesini öncelik sırasına göre belirtebilir. En az bir tercih yapılması gerekir.</w:t>
      </w:r>
    </w:p>
    <w:tbl>
      <w:tblPr>
        <w:tblStyle w:val="TabloKlavuzu"/>
        <w:tblW w:w="10118" w:type="dxa"/>
        <w:tblLook w:val="04A0" w:firstRow="1" w:lastRow="0" w:firstColumn="1" w:lastColumn="0" w:noHBand="0" w:noVBand="1"/>
      </w:tblPr>
      <w:tblGrid>
        <w:gridCol w:w="1886"/>
        <w:gridCol w:w="5183"/>
        <w:gridCol w:w="3049"/>
      </w:tblGrid>
      <w:tr w:rsidR="00C14373" w:rsidRPr="008500E4" w14:paraId="62A09B4B" w14:textId="77777777" w:rsidTr="00AD6988">
        <w:trPr>
          <w:trHeight w:val="427"/>
        </w:trPr>
        <w:tc>
          <w:tcPr>
            <w:tcW w:w="0" w:type="auto"/>
            <w:shd w:val="clear" w:color="auto" w:fill="C6D9F1" w:themeFill="text2" w:themeFillTint="33"/>
            <w:hideMark/>
          </w:tcPr>
          <w:p w14:paraId="1BFE1AB5" w14:textId="77777777" w:rsidR="00C14373" w:rsidRPr="008500E4" w:rsidRDefault="00C14373" w:rsidP="00AD6988">
            <w:pPr>
              <w:spacing w:before="80" w:after="40" w:line="276" w:lineRule="auto"/>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Tercih Sırası</w:t>
            </w:r>
          </w:p>
        </w:tc>
        <w:tc>
          <w:tcPr>
            <w:tcW w:w="0" w:type="auto"/>
            <w:shd w:val="clear" w:color="auto" w:fill="C6D9F1" w:themeFill="text2" w:themeFillTint="33"/>
            <w:hideMark/>
          </w:tcPr>
          <w:p w14:paraId="7E535449" w14:textId="77777777" w:rsidR="00C14373" w:rsidRPr="008500E4" w:rsidRDefault="00C14373" w:rsidP="00AD6988">
            <w:pPr>
              <w:spacing w:before="80" w:after="40" w:line="276" w:lineRule="auto"/>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Öğretim Üyesinin Unvanı ve Adı Soyadı</w:t>
            </w:r>
          </w:p>
        </w:tc>
        <w:tc>
          <w:tcPr>
            <w:tcW w:w="3049" w:type="dxa"/>
            <w:shd w:val="clear" w:color="auto" w:fill="C6D9F1" w:themeFill="text2" w:themeFillTint="33"/>
            <w:hideMark/>
          </w:tcPr>
          <w:p w14:paraId="5DD5801C" w14:textId="77777777" w:rsidR="00C14373" w:rsidRPr="008500E4" w:rsidRDefault="00C14373" w:rsidP="00AD6988">
            <w:pPr>
              <w:spacing w:before="80" w:after="40" w:line="276" w:lineRule="auto"/>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Ön Görüşme Yapıldı mı?</w:t>
            </w:r>
          </w:p>
        </w:tc>
      </w:tr>
      <w:tr w:rsidR="00C14373" w:rsidRPr="008500E4" w14:paraId="4FC7716C" w14:textId="77777777" w:rsidTr="00AD6988">
        <w:trPr>
          <w:trHeight w:val="475"/>
        </w:trPr>
        <w:tc>
          <w:tcPr>
            <w:tcW w:w="0" w:type="auto"/>
            <w:hideMark/>
          </w:tcPr>
          <w:p w14:paraId="46728661"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1. Tercih</w:t>
            </w:r>
          </w:p>
        </w:tc>
        <w:tc>
          <w:tcPr>
            <w:tcW w:w="0" w:type="auto"/>
            <w:hideMark/>
          </w:tcPr>
          <w:p w14:paraId="329A13ED"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c>
          <w:tcPr>
            <w:tcW w:w="3049" w:type="dxa"/>
            <w:hideMark/>
          </w:tcPr>
          <w:p w14:paraId="5BFB3906"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Segoe UI Symbol" w:hAnsi="Segoe UI Symbol" w:cs="Segoe UI Symbol"/>
                <w:sz w:val="20"/>
                <w:szCs w:val="20"/>
                <w:lang w:val="tr-TR"/>
              </w:rPr>
              <w:t>☐</w:t>
            </w:r>
            <w:r w:rsidRPr="008500E4">
              <w:rPr>
                <w:rFonts w:ascii="Times New Roman" w:hAnsi="Times New Roman" w:cs="Times New Roman"/>
                <w:sz w:val="20"/>
                <w:szCs w:val="20"/>
                <w:lang w:val="tr-TR"/>
              </w:rPr>
              <w:t xml:space="preserve"> Evet </w:t>
            </w:r>
            <w:r w:rsidRPr="008500E4">
              <w:rPr>
                <w:rFonts w:ascii="Segoe UI Symbol" w:hAnsi="Segoe UI Symbol" w:cs="Segoe UI Symbol"/>
                <w:sz w:val="20"/>
                <w:szCs w:val="20"/>
                <w:lang w:val="tr-TR"/>
              </w:rPr>
              <w:t>☐</w:t>
            </w:r>
            <w:r w:rsidRPr="008500E4">
              <w:rPr>
                <w:rFonts w:ascii="Times New Roman" w:hAnsi="Times New Roman" w:cs="Times New Roman"/>
                <w:sz w:val="20"/>
                <w:szCs w:val="20"/>
                <w:lang w:val="tr-TR"/>
              </w:rPr>
              <w:t xml:space="preserve"> Hayır</w:t>
            </w:r>
          </w:p>
        </w:tc>
      </w:tr>
      <w:tr w:rsidR="00C14373" w:rsidRPr="008500E4" w14:paraId="5F377911" w14:textId="77777777" w:rsidTr="00AD6988">
        <w:trPr>
          <w:trHeight w:val="475"/>
        </w:trPr>
        <w:tc>
          <w:tcPr>
            <w:tcW w:w="0" w:type="auto"/>
            <w:hideMark/>
          </w:tcPr>
          <w:p w14:paraId="315718B2"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2. Tercih</w:t>
            </w:r>
          </w:p>
        </w:tc>
        <w:tc>
          <w:tcPr>
            <w:tcW w:w="0" w:type="auto"/>
            <w:hideMark/>
          </w:tcPr>
          <w:p w14:paraId="755B440B"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c>
          <w:tcPr>
            <w:tcW w:w="3049" w:type="dxa"/>
            <w:hideMark/>
          </w:tcPr>
          <w:p w14:paraId="494E62F7"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Segoe UI Symbol" w:hAnsi="Segoe UI Symbol" w:cs="Segoe UI Symbol"/>
                <w:sz w:val="20"/>
                <w:szCs w:val="20"/>
                <w:lang w:val="tr-TR"/>
              </w:rPr>
              <w:t>☐</w:t>
            </w:r>
            <w:r w:rsidRPr="008500E4">
              <w:rPr>
                <w:rFonts w:ascii="Times New Roman" w:hAnsi="Times New Roman" w:cs="Times New Roman"/>
                <w:sz w:val="20"/>
                <w:szCs w:val="20"/>
                <w:lang w:val="tr-TR"/>
              </w:rPr>
              <w:t xml:space="preserve"> Evet </w:t>
            </w:r>
            <w:r w:rsidRPr="008500E4">
              <w:rPr>
                <w:rFonts w:ascii="Segoe UI Symbol" w:hAnsi="Segoe UI Symbol" w:cs="Segoe UI Symbol"/>
                <w:sz w:val="20"/>
                <w:szCs w:val="20"/>
                <w:lang w:val="tr-TR"/>
              </w:rPr>
              <w:t>☐</w:t>
            </w:r>
            <w:r w:rsidRPr="008500E4">
              <w:rPr>
                <w:rFonts w:ascii="Times New Roman" w:hAnsi="Times New Roman" w:cs="Times New Roman"/>
                <w:sz w:val="20"/>
                <w:szCs w:val="20"/>
                <w:lang w:val="tr-TR"/>
              </w:rPr>
              <w:t xml:space="preserve"> Hayır</w:t>
            </w:r>
          </w:p>
        </w:tc>
      </w:tr>
      <w:tr w:rsidR="00C14373" w:rsidRPr="008500E4" w14:paraId="1D8C5E25" w14:textId="77777777" w:rsidTr="00AD6988">
        <w:trPr>
          <w:trHeight w:val="475"/>
        </w:trPr>
        <w:tc>
          <w:tcPr>
            <w:tcW w:w="0" w:type="auto"/>
            <w:hideMark/>
          </w:tcPr>
          <w:p w14:paraId="6E2C6B1F"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3. Tercih</w:t>
            </w:r>
          </w:p>
        </w:tc>
        <w:tc>
          <w:tcPr>
            <w:tcW w:w="0" w:type="auto"/>
            <w:hideMark/>
          </w:tcPr>
          <w:p w14:paraId="39167E52"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c>
          <w:tcPr>
            <w:tcW w:w="3049" w:type="dxa"/>
            <w:hideMark/>
          </w:tcPr>
          <w:p w14:paraId="2EF8E595"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Segoe UI Symbol" w:hAnsi="Segoe UI Symbol" w:cs="Segoe UI Symbol"/>
                <w:sz w:val="20"/>
                <w:szCs w:val="20"/>
                <w:lang w:val="tr-TR"/>
              </w:rPr>
              <w:t>☐</w:t>
            </w:r>
            <w:r w:rsidRPr="008500E4">
              <w:rPr>
                <w:rFonts w:ascii="Times New Roman" w:hAnsi="Times New Roman" w:cs="Times New Roman"/>
                <w:sz w:val="20"/>
                <w:szCs w:val="20"/>
                <w:lang w:val="tr-TR"/>
              </w:rPr>
              <w:t xml:space="preserve"> Evet </w:t>
            </w:r>
            <w:r w:rsidRPr="008500E4">
              <w:rPr>
                <w:rFonts w:ascii="Segoe UI Symbol" w:hAnsi="Segoe UI Symbol" w:cs="Segoe UI Symbol"/>
                <w:sz w:val="20"/>
                <w:szCs w:val="20"/>
                <w:lang w:val="tr-TR"/>
              </w:rPr>
              <w:t>☐</w:t>
            </w:r>
            <w:r w:rsidRPr="008500E4">
              <w:rPr>
                <w:rFonts w:ascii="Times New Roman" w:hAnsi="Times New Roman" w:cs="Times New Roman"/>
                <w:sz w:val="20"/>
                <w:szCs w:val="20"/>
                <w:lang w:val="tr-TR"/>
              </w:rPr>
              <w:t xml:space="preserve"> Hayır</w:t>
            </w:r>
          </w:p>
        </w:tc>
      </w:tr>
    </w:tbl>
    <w:p w14:paraId="2D048331" w14:textId="77777777" w:rsidR="00C14373" w:rsidRPr="008500E4" w:rsidRDefault="00C14373" w:rsidP="00AD6988">
      <w:pPr>
        <w:spacing w:before="80" w:after="40"/>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3. DANIŞMAN GÖREVLENDİRME ESASLARI</w:t>
      </w:r>
    </w:p>
    <w:p w14:paraId="563D6436" w14:textId="0917D03B" w:rsidR="00C14373" w:rsidRPr="008500E4" w:rsidRDefault="00C14373" w:rsidP="00AD6988">
      <w:pPr>
        <w:spacing w:before="80" w:after="40"/>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Danışman görevlendirmesinde öğrencinin tercih sırası, çalışma alanının öğretim üyesinin uzmanlık alanıyla uyumu, öğretim üyesinin danışmanlık yükü ve ilgili mevzuatta</w:t>
      </w:r>
      <w:r w:rsidR="00784E38" w:rsidRPr="008500E4">
        <w:rPr>
          <w:rFonts w:ascii="Times New Roman" w:hAnsi="Times New Roman" w:cs="Times New Roman"/>
          <w:sz w:val="20"/>
          <w:szCs w:val="20"/>
          <w:lang w:val="tr-TR"/>
        </w:rPr>
        <w:t xml:space="preserve"> (</w:t>
      </w:r>
      <w:hyperlink r:id="rId8" w:history="1">
        <w:r w:rsidR="00784E38" w:rsidRPr="008500E4">
          <w:rPr>
            <w:rStyle w:val="Kpr"/>
            <w:rFonts w:ascii="Times New Roman" w:hAnsi="Times New Roman" w:cs="Times New Roman"/>
            <w:sz w:val="20"/>
            <w:szCs w:val="20"/>
          </w:rPr>
          <w:t>https://enstitu.alanya.edu.tr/media/m0pgbelo/dd-003-lisansustu-egitim-ve-ogretim-yonetmeligine-iliskin-senato-esaslari-guncel.pdf</w:t>
        </w:r>
      </w:hyperlink>
      <w:r w:rsidR="00784E38" w:rsidRPr="008500E4">
        <w:rPr>
          <w:rFonts w:ascii="Times New Roman" w:hAnsi="Times New Roman" w:cs="Times New Roman"/>
          <w:sz w:val="20"/>
          <w:szCs w:val="20"/>
          <w:lang w:val="tr-TR"/>
        </w:rPr>
        <w:t xml:space="preserve">) </w:t>
      </w:r>
      <w:r w:rsidRPr="008500E4">
        <w:rPr>
          <w:rFonts w:ascii="Times New Roman" w:hAnsi="Times New Roman" w:cs="Times New Roman"/>
          <w:sz w:val="20"/>
          <w:szCs w:val="20"/>
          <w:lang w:val="tr-TR"/>
        </w:rPr>
        <w:t>belirtilen atama koşulları dikkate alınır.</w:t>
      </w:r>
      <w:r w:rsidR="00AD6988" w:rsidRPr="008500E4">
        <w:rPr>
          <w:rFonts w:ascii="Times New Roman" w:hAnsi="Times New Roman" w:cs="Times New Roman"/>
          <w:sz w:val="20"/>
          <w:szCs w:val="20"/>
          <w:lang w:val="tr-TR"/>
        </w:rPr>
        <w:t xml:space="preserve"> </w:t>
      </w:r>
      <w:r w:rsidRPr="008500E4">
        <w:rPr>
          <w:rFonts w:ascii="Times New Roman" w:hAnsi="Times New Roman" w:cs="Times New Roman"/>
          <w:sz w:val="20"/>
          <w:szCs w:val="20"/>
          <w:lang w:val="tr-TR"/>
        </w:rPr>
        <w:t>Danışman, Anabilim Dalı Başkanının önerisi ve Enstitü Yönetim Kurulunun kararıyla atanır. Öğrenci tercihleri, danışman görevlendirme sürecinde dikkate alınır. Tercihlerin karşılanamaması durumunda Anabilim Dalı Başkanı tarafından uygun bir danışman önerilir. Atama süreci ilgili mevzuat hükümleri doğrultusunda yürütülür.</w:t>
      </w:r>
    </w:p>
    <w:p w14:paraId="0C3A5E1C" w14:textId="77777777" w:rsidR="00C14373" w:rsidRPr="008500E4" w:rsidRDefault="00C14373" w:rsidP="00AD6988">
      <w:pPr>
        <w:spacing w:before="80" w:after="40"/>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4. ÖĞRENCİ BEYANI</w:t>
      </w:r>
    </w:p>
    <w:p w14:paraId="0537A04A" w14:textId="0A02BE3A" w:rsidR="00AD6988" w:rsidRPr="008500E4" w:rsidRDefault="00C14373" w:rsidP="00AD6988">
      <w:pPr>
        <w:spacing w:before="80" w:after="40"/>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Bu formda verdiğim bilgilerin doğru olduğunu ve danışman tercihlerimin ilgili mevzuat hükümleri çerçevesinde değerlendirileceğini beyan ederim.</w:t>
      </w:r>
    </w:p>
    <w:tbl>
      <w:tblPr>
        <w:tblStyle w:val="TabloKlavuzu"/>
        <w:tblW w:w="10117" w:type="dxa"/>
        <w:tblLook w:val="04A0" w:firstRow="1" w:lastRow="0" w:firstColumn="1" w:lastColumn="0" w:noHBand="0" w:noVBand="1"/>
      </w:tblPr>
      <w:tblGrid>
        <w:gridCol w:w="3952"/>
        <w:gridCol w:w="4967"/>
        <w:gridCol w:w="1198"/>
      </w:tblGrid>
      <w:tr w:rsidR="00C14373" w:rsidRPr="008500E4" w14:paraId="70422A8A" w14:textId="77777777" w:rsidTr="00AD6988">
        <w:trPr>
          <w:trHeight w:val="441"/>
        </w:trPr>
        <w:tc>
          <w:tcPr>
            <w:tcW w:w="0" w:type="auto"/>
            <w:hideMark/>
          </w:tcPr>
          <w:p w14:paraId="48A58CC4" w14:textId="77777777" w:rsidR="00C14373" w:rsidRPr="008500E4" w:rsidRDefault="00C14373" w:rsidP="00AD6988">
            <w:pPr>
              <w:spacing w:before="80" w:after="40" w:line="276" w:lineRule="auto"/>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Tarih</w:t>
            </w:r>
          </w:p>
        </w:tc>
        <w:tc>
          <w:tcPr>
            <w:tcW w:w="0" w:type="auto"/>
            <w:hideMark/>
          </w:tcPr>
          <w:p w14:paraId="12161199" w14:textId="77777777" w:rsidR="00C14373" w:rsidRPr="008500E4" w:rsidRDefault="00C14373" w:rsidP="00AD6988">
            <w:pPr>
              <w:spacing w:before="80" w:after="40" w:line="276" w:lineRule="auto"/>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Öğrencinin Adı Soyadı</w:t>
            </w:r>
          </w:p>
        </w:tc>
        <w:tc>
          <w:tcPr>
            <w:tcW w:w="1198" w:type="dxa"/>
            <w:hideMark/>
          </w:tcPr>
          <w:p w14:paraId="73ADDE9D" w14:textId="77777777" w:rsidR="00C14373" w:rsidRPr="008500E4" w:rsidRDefault="00C14373" w:rsidP="00AD6988">
            <w:pPr>
              <w:spacing w:before="80" w:after="40" w:line="276" w:lineRule="auto"/>
              <w:jc w:val="both"/>
              <w:rPr>
                <w:rFonts w:ascii="Times New Roman" w:hAnsi="Times New Roman" w:cs="Times New Roman"/>
                <w:b/>
                <w:bCs/>
                <w:sz w:val="20"/>
                <w:szCs w:val="20"/>
                <w:lang w:val="tr-TR"/>
              </w:rPr>
            </w:pPr>
            <w:r w:rsidRPr="008500E4">
              <w:rPr>
                <w:rFonts w:ascii="Times New Roman" w:hAnsi="Times New Roman" w:cs="Times New Roman"/>
                <w:b/>
                <w:bCs/>
                <w:sz w:val="20"/>
                <w:szCs w:val="20"/>
                <w:lang w:val="tr-TR"/>
              </w:rPr>
              <w:t>İmza</w:t>
            </w:r>
          </w:p>
        </w:tc>
      </w:tr>
      <w:tr w:rsidR="00C14373" w:rsidRPr="008500E4" w14:paraId="67A3394E" w14:textId="77777777" w:rsidTr="00AD6988">
        <w:trPr>
          <w:trHeight w:val="441"/>
        </w:trPr>
        <w:tc>
          <w:tcPr>
            <w:tcW w:w="0" w:type="auto"/>
            <w:hideMark/>
          </w:tcPr>
          <w:p w14:paraId="3566D390"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r w:rsidRPr="008500E4">
              <w:rPr>
                <w:rFonts w:ascii="Times New Roman" w:hAnsi="Times New Roman" w:cs="Times New Roman"/>
                <w:sz w:val="20"/>
                <w:szCs w:val="20"/>
                <w:lang w:val="tr-TR"/>
              </w:rPr>
              <w:t>… / … / …………</w:t>
            </w:r>
          </w:p>
        </w:tc>
        <w:tc>
          <w:tcPr>
            <w:tcW w:w="0" w:type="auto"/>
            <w:hideMark/>
          </w:tcPr>
          <w:p w14:paraId="44CF16A6"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c>
          <w:tcPr>
            <w:tcW w:w="1198" w:type="dxa"/>
            <w:hideMark/>
          </w:tcPr>
          <w:p w14:paraId="57A4C841" w14:textId="77777777" w:rsidR="00C14373" w:rsidRPr="008500E4" w:rsidRDefault="00C14373" w:rsidP="00AD6988">
            <w:pPr>
              <w:spacing w:before="80" w:after="40" w:line="276" w:lineRule="auto"/>
              <w:jc w:val="both"/>
              <w:rPr>
                <w:rFonts w:ascii="Times New Roman" w:hAnsi="Times New Roman" w:cs="Times New Roman"/>
                <w:sz w:val="20"/>
                <w:szCs w:val="20"/>
                <w:lang w:val="tr-TR"/>
              </w:rPr>
            </w:pPr>
          </w:p>
        </w:tc>
      </w:tr>
    </w:tbl>
    <w:p w14:paraId="22D9C87B" w14:textId="719C2D30" w:rsidR="00C14373" w:rsidRPr="008500E4" w:rsidRDefault="00C14373" w:rsidP="00AD6988">
      <w:pPr>
        <w:spacing w:before="80" w:after="40"/>
        <w:jc w:val="both"/>
        <w:rPr>
          <w:rFonts w:ascii="Times New Roman" w:hAnsi="Times New Roman" w:cs="Times New Roman"/>
          <w:sz w:val="20"/>
          <w:szCs w:val="20"/>
          <w:lang w:val="tr-TR"/>
        </w:rPr>
      </w:pPr>
    </w:p>
    <w:sectPr w:rsidR="00C14373" w:rsidRPr="008500E4" w:rsidSect="00B165AB">
      <w:headerReference w:type="even" r:id="rId9"/>
      <w:headerReference w:type="default" r:id="rId10"/>
      <w:footerReference w:type="even" r:id="rId11"/>
      <w:footerReference w:type="default" r:id="rId12"/>
      <w:headerReference w:type="first" r:id="rId13"/>
      <w:footerReference w:type="first" r:id="rId14"/>
      <w:pgSz w:w="12240" w:h="15840"/>
      <w:pgMar w:top="822" w:right="964" w:bottom="822" w:left="964" w:header="51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CE1D4" w14:textId="77777777" w:rsidR="002447D7" w:rsidRDefault="002447D7" w:rsidP="00B165AB">
      <w:pPr>
        <w:spacing w:after="0" w:line="240" w:lineRule="auto"/>
      </w:pPr>
      <w:r>
        <w:separator/>
      </w:r>
    </w:p>
  </w:endnote>
  <w:endnote w:type="continuationSeparator" w:id="0">
    <w:p w14:paraId="458AE3D6" w14:textId="77777777" w:rsidR="002447D7" w:rsidRDefault="002447D7" w:rsidP="00B16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01A3B" w14:textId="77777777" w:rsidR="00B165AB" w:rsidRDefault="00B165A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760A" w14:textId="1B7D4C27" w:rsidR="00B165AB" w:rsidRDefault="00B165AB">
    <w:pPr>
      <w:pStyle w:val="AltBilgi"/>
    </w:pPr>
  </w:p>
  <w:tbl>
    <w:tblPr>
      <w:tblpPr w:leftFromText="141" w:rightFromText="141" w:bottomFromText="200" w:vertAnchor="text" w:horzAnchor="margin" w:tblpXSpec="center" w:tblpY="-62"/>
      <w:tblW w:w="1006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397"/>
      <w:gridCol w:w="3261"/>
      <w:gridCol w:w="3402"/>
    </w:tblGrid>
    <w:tr w:rsidR="00B165AB" w:rsidRPr="009C79FD" w14:paraId="0D59DB8B" w14:textId="77777777" w:rsidTr="00B91CE1">
      <w:trPr>
        <w:trHeight w:val="274"/>
      </w:trPr>
      <w:tc>
        <w:tcPr>
          <w:tcW w:w="3397" w:type="dxa"/>
          <w:tcBorders>
            <w:top w:val="single" w:sz="4" w:space="0" w:color="auto"/>
            <w:left w:val="single" w:sz="4" w:space="0" w:color="auto"/>
            <w:bottom w:val="single" w:sz="4" w:space="0" w:color="auto"/>
            <w:right w:val="single" w:sz="4" w:space="0" w:color="auto"/>
          </w:tcBorders>
          <w:hideMark/>
        </w:tcPr>
        <w:p w14:paraId="78CB63B2"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Hazırlayan</w:t>
          </w:r>
          <w:proofErr w:type="spellEnd"/>
        </w:p>
      </w:tc>
      <w:tc>
        <w:tcPr>
          <w:tcW w:w="3261" w:type="dxa"/>
          <w:tcBorders>
            <w:top w:val="single" w:sz="4" w:space="0" w:color="auto"/>
            <w:left w:val="single" w:sz="4" w:space="0" w:color="auto"/>
            <w:bottom w:val="single" w:sz="4" w:space="0" w:color="auto"/>
            <w:right w:val="single" w:sz="4" w:space="0" w:color="auto"/>
          </w:tcBorders>
          <w:hideMark/>
        </w:tcPr>
        <w:p w14:paraId="2DBC8E4A"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Sistem</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Onayı</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35AB72A4"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Yürürlük</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Onayı</w:t>
          </w:r>
          <w:proofErr w:type="spellEnd"/>
        </w:p>
      </w:tc>
    </w:tr>
    <w:tr w:rsidR="00B165AB" w:rsidRPr="009C79FD" w14:paraId="43C77F59" w14:textId="77777777" w:rsidTr="00B91CE1">
      <w:trPr>
        <w:trHeight w:val="324"/>
      </w:trPr>
      <w:tc>
        <w:tcPr>
          <w:tcW w:w="3397" w:type="dxa"/>
          <w:tcBorders>
            <w:top w:val="single" w:sz="4" w:space="0" w:color="auto"/>
            <w:left w:val="single" w:sz="4" w:space="0" w:color="auto"/>
            <w:bottom w:val="single" w:sz="4" w:space="0" w:color="auto"/>
            <w:right w:val="single" w:sz="4" w:space="0" w:color="auto"/>
          </w:tcBorders>
          <w:hideMark/>
        </w:tcPr>
        <w:p w14:paraId="4B480E6E"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Bölüm</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Kalite</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Sorumlusu</w:t>
          </w:r>
          <w:proofErr w:type="spellEnd"/>
        </w:p>
      </w:tc>
      <w:tc>
        <w:tcPr>
          <w:tcW w:w="3261" w:type="dxa"/>
          <w:tcBorders>
            <w:top w:val="single" w:sz="4" w:space="0" w:color="auto"/>
            <w:left w:val="single" w:sz="4" w:space="0" w:color="auto"/>
            <w:bottom w:val="single" w:sz="4" w:space="0" w:color="auto"/>
            <w:right w:val="single" w:sz="4" w:space="0" w:color="auto"/>
          </w:tcBorders>
          <w:hideMark/>
        </w:tcPr>
        <w:p w14:paraId="265E6EE0"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Kalite</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Koordinatörü</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0FD043D8"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Üst</w:t>
          </w:r>
          <w:proofErr w:type="spellEnd"/>
          <w:r w:rsidRPr="00CC260A">
            <w:rPr>
              <w:rFonts w:ascii="Times New Roman" w:eastAsia="Times New Roman" w:hAnsi="Times New Roman" w:cs="Times New Roman"/>
              <w:bCs/>
              <w:sz w:val="24"/>
              <w:szCs w:val="24"/>
            </w:rPr>
            <w:t xml:space="preserve"> Yönetici</w:t>
          </w:r>
        </w:p>
      </w:tc>
    </w:tr>
  </w:tbl>
  <w:p w14:paraId="07BD9292" w14:textId="77777777" w:rsidR="00B165AB" w:rsidRDefault="00B165A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4E4DA" w14:textId="77777777" w:rsidR="00B165AB" w:rsidRDefault="00B165A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495B5" w14:textId="77777777" w:rsidR="002447D7" w:rsidRDefault="002447D7" w:rsidP="00B165AB">
      <w:pPr>
        <w:spacing w:after="0" w:line="240" w:lineRule="auto"/>
      </w:pPr>
      <w:r>
        <w:separator/>
      </w:r>
    </w:p>
  </w:footnote>
  <w:footnote w:type="continuationSeparator" w:id="0">
    <w:p w14:paraId="76041E8C" w14:textId="77777777" w:rsidR="002447D7" w:rsidRDefault="002447D7" w:rsidP="00B16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B0555" w14:textId="77777777" w:rsidR="00B165AB" w:rsidRDefault="00B165A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9"/>
      <w:gridCol w:w="5256"/>
      <w:gridCol w:w="1822"/>
      <w:gridCol w:w="1296"/>
    </w:tblGrid>
    <w:tr w:rsidR="00B165AB" w:rsidRPr="009C79FD" w14:paraId="30B2EDA5" w14:textId="77777777" w:rsidTr="00B165AB">
      <w:trPr>
        <w:trHeight w:val="276"/>
      </w:trPr>
      <w:tc>
        <w:tcPr>
          <w:tcW w:w="1549" w:type="dxa"/>
          <w:vMerge w:val="restart"/>
          <w:vAlign w:val="center"/>
        </w:tcPr>
        <w:p w14:paraId="7A61A731"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r w:rsidRPr="009C79FD">
            <w:rPr>
              <w:rFonts w:eastAsia="Times New Roman" w:cs="Arial"/>
              <w:noProof/>
              <w:szCs w:val="19"/>
              <w:lang w:val="tr-TR"/>
            </w:rPr>
            <w:drawing>
              <wp:inline distT="0" distB="0" distL="0" distR="0" wp14:anchorId="69D09EF7" wp14:editId="036F5987">
                <wp:extent cx="838200" cy="8382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inline>
            </w:drawing>
          </w:r>
        </w:p>
      </w:tc>
      <w:tc>
        <w:tcPr>
          <w:tcW w:w="5256" w:type="dxa"/>
          <w:vMerge w:val="restart"/>
          <w:vAlign w:val="center"/>
        </w:tcPr>
        <w:p w14:paraId="0F57F3F2" w14:textId="77777777" w:rsidR="00B165AB" w:rsidRPr="00CC260A" w:rsidRDefault="00B165AB" w:rsidP="00B165AB">
          <w:pPr>
            <w:spacing w:after="0" w:line="240" w:lineRule="auto"/>
            <w:jc w:val="center"/>
            <w:rPr>
              <w:rFonts w:ascii="Times New Roman" w:hAnsi="Times New Roman" w:cs="Times New Roman"/>
              <w:lang w:val="tr-TR"/>
            </w:rPr>
          </w:pPr>
          <w:r w:rsidRPr="00CC260A">
            <w:rPr>
              <w:rFonts w:ascii="Times New Roman" w:hAnsi="Times New Roman" w:cs="Times New Roman"/>
              <w:b/>
              <w:sz w:val="24"/>
              <w:szCs w:val="24"/>
              <w:lang w:val="tr-TR"/>
            </w:rPr>
            <w:t>LİSANSÜSTÜ ÖĞRENCİ DANIŞMAN TERCİH FORMU</w:t>
          </w:r>
        </w:p>
      </w:tc>
      <w:tc>
        <w:tcPr>
          <w:tcW w:w="1822" w:type="dxa"/>
          <w:vAlign w:val="center"/>
        </w:tcPr>
        <w:p w14:paraId="3C36492E"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proofErr w:type="spellStart"/>
          <w:r w:rsidRPr="00CC260A">
            <w:rPr>
              <w:rFonts w:ascii="Times New Roman" w:eastAsia="Times New Roman" w:hAnsi="Times New Roman" w:cs="Times New Roman"/>
              <w:sz w:val="24"/>
              <w:szCs w:val="24"/>
            </w:rPr>
            <w:t>Doküman</w:t>
          </w:r>
          <w:proofErr w:type="spellEnd"/>
          <w:r w:rsidRPr="00CC260A">
            <w:rPr>
              <w:rFonts w:ascii="Times New Roman" w:eastAsia="Times New Roman" w:hAnsi="Times New Roman" w:cs="Times New Roman"/>
              <w:sz w:val="24"/>
              <w:szCs w:val="24"/>
            </w:rPr>
            <w:t xml:space="preserve"> No</w:t>
          </w:r>
        </w:p>
      </w:tc>
      <w:tc>
        <w:tcPr>
          <w:tcW w:w="1296" w:type="dxa"/>
          <w:vAlign w:val="center"/>
        </w:tcPr>
        <w:p w14:paraId="09A24161" w14:textId="20ECFE09"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FR.718</w:t>
          </w:r>
        </w:p>
      </w:tc>
    </w:tr>
    <w:tr w:rsidR="00B165AB" w:rsidRPr="009C79FD" w14:paraId="76756C9C" w14:textId="77777777" w:rsidTr="00B165AB">
      <w:trPr>
        <w:trHeight w:val="276"/>
      </w:trPr>
      <w:tc>
        <w:tcPr>
          <w:tcW w:w="1549" w:type="dxa"/>
          <w:vMerge/>
          <w:vAlign w:val="center"/>
        </w:tcPr>
        <w:p w14:paraId="5B53B0C0"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p>
      </w:tc>
      <w:tc>
        <w:tcPr>
          <w:tcW w:w="5256" w:type="dxa"/>
          <w:vMerge/>
          <w:vAlign w:val="center"/>
        </w:tcPr>
        <w:p w14:paraId="34B09F7A" w14:textId="77777777" w:rsidR="00B165AB" w:rsidRPr="009C79FD" w:rsidRDefault="00B165AB" w:rsidP="00B165AB">
          <w:pPr>
            <w:tabs>
              <w:tab w:val="center" w:pos="4536"/>
              <w:tab w:val="right" w:pos="9072"/>
            </w:tabs>
            <w:spacing w:after="0" w:line="240" w:lineRule="auto"/>
            <w:jc w:val="center"/>
            <w:rPr>
              <w:rFonts w:ascii="Times New Roman" w:eastAsia="Times New Roman" w:hAnsi="Times New Roman" w:cs="Times New Roman"/>
              <w:sz w:val="19"/>
              <w:szCs w:val="19"/>
            </w:rPr>
          </w:pPr>
        </w:p>
      </w:tc>
      <w:tc>
        <w:tcPr>
          <w:tcW w:w="1822" w:type="dxa"/>
          <w:vAlign w:val="center"/>
        </w:tcPr>
        <w:p w14:paraId="76E2CA1B"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r w:rsidRPr="00CC260A">
            <w:rPr>
              <w:rFonts w:ascii="Times New Roman" w:eastAsia="Times New Roman" w:hAnsi="Times New Roman" w:cs="Times New Roman"/>
              <w:sz w:val="24"/>
              <w:szCs w:val="24"/>
            </w:rPr>
            <w:t xml:space="preserve">İlk </w:t>
          </w:r>
          <w:proofErr w:type="spellStart"/>
          <w:r w:rsidRPr="00CC260A">
            <w:rPr>
              <w:rFonts w:ascii="Times New Roman" w:eastAsia="Times New Roman" w:hAnsi="Times New Roman" w:cs="Times New Roman"/>
              <w:sz w:val="24"/>
              <w:szCs w:val="24"/>
            </w:rPr>
            <w:t>Yayın</w:t>
          </w:r>
          <w:proofErr w:type="spellEnd"/>
          <w:r w:rsidRPr="00CC260A">
            <w:rPr>
              <w:rFonts w:ascii="Times New Roman" w:eastAsia="Times New Roman" w:hAnsi="Times New Roman" w:cs="Times New Roman"/>
              <w:sz w:val="24"/>
              <w:szCs w:val="24"/>
            </w:rPr>
            <w:t xml:space="preserve"> </w:t>
          </w:r>
          <w:proofErr w:type="spellStart"/>
          <w:r w:rsidRPr="00CC260A">
            <w:rPr>
              <w:rFonts w:ascii="Times New Roman" w:eastAsia="Times New Roman" w:hAnsi="Times New Roman" w:cs="Times New Roman"/>
              <w:sz w:val="24"/>
              <w:szCs w:val="24"/>
            </w:rPr>
            <w:t>Tarihi</w:t>
          </w:r>
          <w:proofErr w:type="spellEnd"/>
        </w:p>
      </w:tc>
      <w:tc>
        <w:tcPr>
          <w:tcW w:w="1296" w:type="dxa"/>
          <w:vAlign w:val="center"/>
        </w:tcPr>
        <w:p w14:paraId="75707640" w14:textId="56F8C02A"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r w:rsidRPr="00CC260A">
            <w:rPr>
              <w:rFonts w:ascii="Times New Roman" w:eastAsia="Times New Roman" w:hAnsi="Times New Roman" w:cs="Times New Roman"/>
              <w:b/>
              <w:sz w:val="24"/>
              <w:szCs w:val="24"/>
            </w:rPr>
            <w:t>.10.2026</w:t>
          </w:r>
        </w:p>
      </w:tc>
    </w:tr>
    <w:tr w:rsidR="00B165AB" w:rsidRPr="009C79FD" w14:paraId="3DFD3202" w14:textId="77777777" w:rsidTr="00B165AB">
      <w:trPr>
        <w:trHeight w:val="276"/>
      </w:trPr>
      <w:tc>
        <w:tcPr>
          <w:tcW w:w="1549" w:type="dxa"/>
          <w:vMerge/>
          <w:vAlign w:val="center"/>
        </w:tcPr>
        <w:p w14:paraId="11D48427"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p>
      </w:tc>
      <w:tc>
        <w:tcPr>
          <w:tcW w:w="5256" w:type="dxa"/>
          <w:vMerge/>
          <w:vAlign w:val="center"/>
        </w:tcPr>
        <w:p w14:paraId="20DE79CD" w14:textId="77777777" w:rsidR="00B165AB" w:rsidRPr="009C79FD" w:rsidRDefault="00B165AB" w:rsidP="00B165AB">
          <w:pPr>
            <w:tabs>
              <w:tab w:val="center" w:pos="4536"/>
              <w:tab w:val="right" w:pos="9072"/>
            </w:tabs>
            <w:spacing w:after="0" w:line="240" w:lineRule="auto"/>
            <w:jc w:val="center"/>
            <w:rPr>
              <w:rFonts w:ascii="Times New Roman" w:eastAsia="Times New Roman" w:hAnsi="Times New Roman" w:cs="Times New Roman"/>
              <w:sz w:val="19"/>
              <w:szCs w:val="19"/>
            </w:rPr>
          </w:pPr>
        </w:p>
      </w:tc>
      <w:tc>
        <w:tcPr>
          <w:tcW w:w="1822" w:type="dxa"/>
          <w:vAlign w:val="center"/>
        </w:tcPr>
        <w:p w14:paraId="11F378B4"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proofErr w:type="spellStart"/>
          <w:r w:rsidRPr="00CC260A">
            <w:rPr>
              <w:rFonts w:ascii="Times New Roman" w:eastAsia="Times New Roman" w:hAnsi="Times New Roman" w:cs="Times New Roman"/>
              <w:sz w:val="24"/>
              <w:szCs w:val="24"/>
            </w:rPr>
            <w:t>Revizyon</w:t>
          </w:r>
          <w:proofErr w:type="spellEnd"/>
          <w:r w:rsidRPr="00CC260A">
            <w:rPr>
              <w:rFonts w:ascii="Times New Roman" w:eastAsia="Times New Roman" w:hAnsi="Times New Roman" w:cs="Times New Roman"/>
              <w:sz w:val="24"/>
              <w:szCs w:val="24"/>
            </w:rPr>
            <w:t xml:space="preserve"> </w:t>
          </w:r>
          <w:proofErr w:type="spellStart"/>
          <w:r w:rsidRPr="00CC260A">
            <w:rPr>
              <w:rFonts w:ascii="Times New Roman" w:eastAsia="Times New Roman" w:hAnsi="Times New Roman" w:cs="Times New Roman"/>
              <w:sz w:val="24"/>
              <w:szCs w:val="24"/>
            </w:rPr>
            <w:t>Tarihi</w:t>
          </w:r>
          <w:proofErr w:type="spellEnd"/>
        </w:p>
      </w:tc>
      <w:tc>
        <w:tcPr>
          <w:tcW w:w="1296" w:type="dxa"/>
          <w:vAlign w:val="center"/>
        </w:tcPr>
        <w:p w14:paraId="446A52F4"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sidRPr="00CC260A">
            <w:rPr>
              <w:rFonts w:ascii="Times New Roman" w:eastAsia="Times New Roman" w:hAnsi="Times New Roman" w:cs="Times New Roman"/>
              <w:b/>
              <w:sz w:val="24"/>
              <w:szCs w:val="24"/>
            </w:rPr>
            <w:t>-</w:t>
          </w:r>
        </w:p>
      </w:tc>
    </w:tr>
    <w:tr w:rsidR="00B165AB" w:rsidRPr="009C79FD" w14:paraId="44BB3F1D" w14:textId="77777777" w:rsidTr="00B165AB">
      <w:trPr>
        <w:trHeight w:val="276"/>
      </w:trPr>
      <w:tc>
        <w:tcPr>
          <w:tcW w:w="1549" w:type="dxa"/>
          <w:vMerge/>
          <w:vAlign w:val="center"/>
        </w:tcPr>
        <w:p w14:paraId="357448A0"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p>
      </w:tc>
      <w:tc>
        <w:tcPr>
          <w:tcW w:w="5256" w:type="dxa"/>
          <w:vMerge/>
          <w:vAlign w:val="center"/>
        </w:tcPr>
        <w:p w14:paraId="4912EA0E" w14:textId="77777777" w:rsidR="00B165AB" w:rsidRPr="009C79FD" w:rsidRDefault="00B165AB" w:rsidP="00B165AB">
          <w:pPr>
            <w:tabs>
              <w:tab w:val="center" w:pos="4536"/>
              <w:tab w:val="right" w:pos="9072"/>
            </w:tabs>
            <w:spacing w:after="0" w:line="240" w:lineRule="auto"/>
            <w:jc w:val="center"/>
            <w:rPr>
              <w:rFonts w:ascii="Times New Roman" w:eastAsia="Times New Roman" w:hAnsi="Times New Roman" w:cs="Times New Roman"/>
              <w:sz w:val="19"/>
              <w:szCs w:val="19"/>
            </w:rPr>
          </w:pPr>
        </w:p>
      </w:tc>
      <w:tc>
        <w:tcPr>
          <w:tcW w:w="1822" w:type="dxa"/>
          <w:vAlign w:val="center"/>
        </w:tcPr>
        <w:p w14:paraId="75AA034F"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proofErr w:type="spellStart"/>
          <w:r w:rsidRPr="00CC260A">
            <w:rPr>
              <w:rFonts w:ascii="Times New Roman" w:eastAsia="Times New Roman" w:hAnsi="Times New Roman" w:cs="Times New Roman"/>
              <w:sz w:val="24"/>
              <w:szCs w:val="24"/>
            </w:rPr>
            <w:t>Revizyon</w:t>
          </w:r>
          <w:proofErr w:type="spellEnd"/>
          <w:r w:rsidRPr="00CC260A">
            <w:rPr>
              <w:rFonts w:ascii="Times New Roman" w:eastAsia="Times New Roman" w:hAnsi="Times New Roman" w:cs="Times New Roman"/>
              <w:sz w:val="24"/>
              <w:szCs w:val="24"/>
            </w:rPr>
            <w:t xml:space="preserve"> No</w:t>
          </w:r>
        </w:p>
      </w:tc>
      <w:tc>
        <w:tcPr>
          <w:tcW w:w="1296" w:type="dxa"/>
          <w:vAlign w:val="center"/>
        </w:tcPr>
        <w:p w14:paraId="164DE0F1"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sidRPr="00CC260A">
            <w:rPr>
              <w:rFonts w:ascii="Times New Roman" w:eastAsia="Times New Roman" w:hAnsi="Times New Roman" w:cs="Times New Roman"/>
              <w:b/>
              <w:sz w:val="24"/>
              <w:szCs w:val="24"/>
            </w:rPr>
            <w:t>0</w:t>
          </w:r>
        </w:p>
      </w:tc>
    </w:tr>
    <w:tr w:rsidR="00B165AB" w:rsidRPr="009C79FD" w14:paraId="3B849EE6" w14:textId="77777777" w:rsidTr="00B165AB">
      <w:trPr>
        <w:trHeight w:val="276"/>
      </w:trPr>
      <w:tc>
        <w:tcPr>
          <w:tcW w:w="1549" w:type="dxa"/>
          <w:vMerge/>
          <w:vAlign w:val="center"/>
        </w:tcPr>
        <w:p w14:paraId="5E7112E6"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p>
      </w:tc>
      <w:tc>
        <w:tcPr>
          <w:tcW w:w="5256" w:type="dxa"/>
          <w:vMerge/>
          <w:vAlign w:val="center"/>
        </w:tcPr>
        <w:p w14:paraId="32EEF9D1" w14:textId="77777777" w:rsidR="00B165AB" w:rsidRPr="009C79FD" w:rsidRDefault="00B165AB" w:rsidP="00B165AB">
          <w:pPr>
            <w:tabs>
              <w:tab w:val="center" w:pos="4536"/>
              <w:tab w:val="right" w:pos="9072"/>
            </w:tabs>
            <w:spacing w:after="0" w:line="240" w:lineRule="auto"/>
            <w:jc w:val="center"/>
            <w:rPr>
              <w:rFonts w:ascii="Times New Roman" w:eastAsia="Times New Roman" w:hAnsi="Times New Roman" w:cs="Times New Roman"/>
              <w:sz w:val="19"/>
              <w:szCs w:val="19"/>
            </w:rPr>
          </w:pPr>
        </w:p>
      </w:tc>
      <w:tc>
        <w:tcPr>
          <w:tcW w:w="1822" w:type="dxa"/>
          <w:vAlign w:val="center"/>
        </w:tcPr>
        <w:p w14:paraId="14F28EDC"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proofErr w:type="spellStart"/>
          <w:r w:rsidRPr="00CC260A">
            <w:rPr>
              <w:rFonts w:ascii="Times New Roman" w:eastAsia="Times New Roman" w:hAnsi="Times New Roman" w:cs="Times New Roman"/>
              <w:sz w:val="24"/>
              <w:szCs w:val="24"/>
            </w:rPr>
            <w:t>Sayfa</w:t>
          </w:r>
          <w:proofErr w:type="spellEnd"/>
        </w:p>
      </w:tc>
      <w:tc>
        <w:tcPr>
          <w:tcW w:w="1296" w:type="dxa"/>
          <w:vAlign w:val="center"/>
        </w:tcPr>
        <w:p w14:paraId="385F4FC9" w14:textId="12E01A5E"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sidRPr="00CC260A">
            <w:rPr>
              <w:rFonts w:ascii="Times New Roman" w:eastAsia="Times New Roman" w:hAnsi="Times New Roman" w:cs="Times New Roman"/>
              <w:b/>
              <w:sz w:val="24"/>
              <w:szCs w:val="24"/>
            </w:rPr>
            <w:fldChar w:fldCharType="begin"/>
          </w:r>
          <w:r w:rsidRPr="00CC260A">
            <w:rPr>
              <w:rFonts w:ascii="Times New Roman" w:eastAsia="Times New Roman" w:hAnsi="Times New Roman" w:cs="Times New Roman"/>
              <w:b/>
              <w:sz w:val="24"/>
              <w:szCs w:val="24"/>
            </w:rPr>
            <w:instrText xml:space="preserve"> PAGE   \* MERGEFORMAT </w:instrText>
          </w:r>
          <w:r w:rsidRPr="00CC260A">
            <w:rPr>
              <w:rFonts w:ascii="Times New Roman" w:eastAsia="Times New Roman" w:hAnsi="Times New Roman" w:cs="Times New Roman"/>
              <w:b/>
              <w:sz w:val="24"/>
              <w:szCs w:val="24"/>
            </w:rPr>
            <w:fldChar w:fldCharType="separate"/>
          </w:r>
          <w:r>
            <w:rPr>
              <w:rFonts w:ascii="Times New Roman" w:eastAsia="Times New Roman" w:hAnsi="Times New Roman" w:cs="Times New Roman"/>
              <w:b/>
              <w:noProof/>
              <w:sz w:val="24"/>
              <w:szCs w:val="24"/>
            </w:rPr>
            <w:t>1</w:t>
          </w:r>
          <w:r w:rsidRPr="00CC260A">
            <w:rPr>
              <w:rFonts w:ascii="Times New Roman" w:eastAsia="Times New Roman" w:hAnsi="Times New Roman" w:cs="Times New Roman"/>
              <w:b/>
              <w:sz w:val="24"/>
              <w:szCs w:val="24"/>
            </w:rPr>
            <w:fldChar w:fldCharType="end"/>
          </w:r>
          <w:r w:rsidRPr="00CC260A">
            <w:rPr>
              <w:rFonts w:ascii="Times New Roman" w:eastAsia="Times New Roman" w:hAnsi="Times New Roman" w:cs="Times New Roman"/>
              <w:b/>
              <w:sz w:val="24"/>
              <w:szCs w:val="24"/>
            </w:rPr>
            <w:t>/</w:t>
          </w:r>
          <w:r w:rsidRPr="00CC260A">
            <w:rPr>
              <w:rFonts w:ascii="Times New Roman" w:eastAsia="Times New Roman" w:hAnsi="Times New Roman" w:cs="Times New Roman"/>
              <w:sz w:val="24"/>
              <w:szCs w:val="24"/>
            </w:rPr>
            <w:fldChar w:fldCharType="begin"/>
          </w:r>
          <w:r w:rsidRPr="00CC260A">
            <w:rPr>
              <w:rFonts w:ascii="Times New Roman" w:eastAsia="Times New Roman" w:hAnsi="Times New Roman" w:cs="Times New Roman"/>
              <w:sz w:val="24"/>
              <w:szCs w:val="24"/>
            </w:rPr>
            <w:instrText xml:space="preserve"> NUMPAGES   \* MERGEFORMAT </w:instrText>
          </w:r>
          <w:r w:rsidRPr="00CC260A">
            <w:rPr>
              <w:rFonts w:ascii="Times New Roman" w:eastAsia="Times New Roman" w:hAnsi="Times New Roman" w:cs="Times New Roman"/>
              <w:sz w:val="24"/>
              <w:szCs w:val="24"/>
            </w:rPr>
            <w:fldChar w:fldCharType="separate"/>
          </w:r>
          <w:r w:rsidRPr="00B165AB">
            <w:rPr>
              <w:rFonts w:ascii="Times New Roman" w:eastAsia="Times New Roman" w:hAnsi="Times New Roman" w:cs="Times New Roman"/>
              <w:b/>
              <w:noProof/>
              <w:sz w:val="24"/>
              <w:szCs w:val="24"/>
            </w:rPr>
            <w:t>1</w:t>
          </w:r>
          <w:r w:rsidRPr="00CC260A">
            <w:rPr>
              <w:rFonts w:ascii="Times New Roman" w:eastAsia="Times New Roman" w:hAnsi="Times New Roman" w:cs="Times New Roman"/>
              <w:b/>
              <w:noProof/>
              <w:sz w:val="24"/>
              <w:szCs w:val="24"/>
            </w:rPr>
            <w:fldChar w:fldCharType="end"/>
          </w:r>
        </w:p>
      </w:tc>
    </w:tr>
  </w:tbl>
  <w:p w14:paraId="1863EA6F" w14:textId="0DEC7968" w:rsidR="00B165AB" w:rsidRDefault="00B165AB">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82159" w14:textId="77777777" w:rsidR="00B165AB" w:rsidRDefault="00B165A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104956746">
    <w:abstractNumId w:val="8"/>
  </w:num>
  <w:num w:numId="2" w16cid:durableId="340351060">
    <w:abstractNumId w:val="6"/>
  </w:num>
  <w:num w:numId="3" w16cid:durableId="180703659">
    <w:abstractNumId w:val="5"/>
  </w:num>
  <w:num w:numId="4" w16cid:durableId="1323007063">
    <w:abstractNumId w:val="4"/>
  </w:num>
  <w:num w:numId="5" w16cid:durableId="2025403112">
    <w:abstractNumId w:val="7"/>
  </w:num>
  <w:num w:numId="6" w16cid:durableId="1164278556">
    <w:abstractNumId w:val="3"/>
  </w:num>
  <w:num w:numId="7" w16cid:durableId="221529569">
    <w:abstractNumId w:val="2"/>
  </w:num>
  <w:num w:numId="8" w16cid:durableId="1725450104">
    <w:abstractNumId w:val="1"/>
  </w:num>
  <w:num w:numId="9" w16cid:durableId="1413044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58BB"/>
    <w:rsid w:val="00034616"/>
    <w:rsid w:val="000524FE"/>
    <w:rsid w:val="0006063C"/>
    <w:rsid w:val="0015074B"/>
    <w:rsid w:val="001B1217"/>
    <w:rsid w:val="002447D7"/>
    <w:rsid w:val="0029639D"/>
    <w:rsid w:val="002A1929"/>
    <w:rsid w:val="00326F90"/>
    <w:rsid w:val="004E1E71"/>
    <w:rsid w:val="006975C9"/>
    <w:rsid w:val="00784E38"/>
    <w:rsid w:val="007E041B"/>
    <w:rsid w:val="00842183"/>
    <w:rsid w:val="008500E4"/>
    <w:rsid w:val="009106B5"/>
    <w:rsid w:val="0093385D"/>
    <w:rsid w:val="00A7002C"/>
    <w:rsid w:val="00AA1D8D"/>
    <w:rsid w:val="00AD6988"/>
    <w:rsid w:val="00AF538C"/>
    <w:rsid w:val="00B165AB"/>
    <w:rsid w:val="00B47730"/>
    <w:rsid w:val="00B64FED"/>
    <w:rsid w:val="00B830E5"/>
    <w:rsid w:val="00C14373"/>
    <w:rsid w:val="00CB0664"/>
    <w:rsid w:val="00F82F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B0EFAC"/>
  <w14:defaultImageDpi w14:val="300"/>
  <w15:docId w15:val="{C464BF1A-93D0-4C14-A12A-4D5CDD8F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784E38"/>
    <w:rPr>
      <w:color w:val="0000FF" w:themeColor="hyperlink"/>
      <w:u w:val="single"/>
    </w:rPr>
  </w:style>
  <w:style w:type="character" w:customStyle="1" w:styleId="zmlenmeyenBahsetme1">
    <w:name w:val="Çözümlenmeyen Bahsetme1"/>
    <w:basedOn w:val="VarsaylanParagrafYazTipi"/>
    <w:uiPriority w:val="99"/>
    <w:semiHidden/>
    <w:unhideWhenUsed/>
    <w:rsid w:val="00784E38"/>
    <w:rPr>
      <w:color w:val="605E5C"/>
      <w:shd w:val="clear" w:color="auto" w:fill="E1DFDD"/>
    </w:rPr>
  </w:style>
  <w:style w:type="character" w:styleId="zlenenKpr">
    <w:name w:val="FollowedHyperlink"/>
    <w:basedOn w:val="VarsaylanParagrafYazTipi"/>
    <w:uiPriority w:val="99"/>
    <w:semiHidden/>
    <w:unhideWhenUsed/>
    <w:rsid w:val="00784E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stitu.alanya.edu.tr/media/m0pgbelo/dd-003-lisansustu-egitim-ve-ogretim-yonetmeligine-iliskin-senato-esaslari-guncel.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A8040-A06C-4E21-9312-26483667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275</Words>
  <Characters>1572</Characters>
  <Application>Microsoft Office Word</Application>
  <DocSecurity>0</DocSecurity>
  <Lines>13</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KORAY KAYA</cp:lastModifiedBy>
  <cp:revision>7</cp:revision>
  <dcterms:created xsi:type="dcterms:W3CDTF">2026-10-19T06:24:00Z</dcterms:created>
  <dcterms:modified xsi:type="dcterms:W3CDTF">2026-10-21T13:50:00Z</dcterms:modified>
  <cp:category/>
</cp:coreProperties>
</file>